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F11A0A" w14:paraId="076F1F7F" w14:textId="77777777">
        <w:trPr>
          <w:jc w:val="center"/>
        </w:trPr>
        <w:tc>
          <w:tcPr>
            <w:tcW w:w="4703" w:type="dxa"/>
          </w:tcPr>
          <w:p w14:paraId="156F7402" w14:textId="6B181D31" w:rsidR="00F11A0A" w:rsidRDefault="00F11A0A">
            <w:pPr>
              <w:spacing w:after="0"/>
            </w:pPr>
          </w:p>
        </w:tc>
        <w:tc>
          <w:tcPr>
            <w:tcW w:w="4703" w:type="dxa"/>
          </w:tcPr>
          <w:p w14:paraId="6FC22E17" w14:textId="791B8019" w:rsidR="00F11A0A" w:rsidRDefault="00F11A0A">
            <w:pPr>
              <w:spacing w:after="0"/>
              <w:jc w:val="right"/>
            </w:pPr>
          </w:p>
        </w:tc>
      </w:tr>
      <w:tr w:rsidR="00F11A0A" w14:paraId="65D3D5DB" w14:textId="77777777">
        <w:trPr>
          <w:jc w:val="center"/>
        </w:trPr>
        <w:tc>
          <w:tcPr>
            <w:tcW w:w="4703" w:type="dxa"/>
          </w:tcPr>
          <w:p w14:paraId="4D17F745" w14:textId="0E045F4F" w:rsidR="00F11A0A" w:rsidRDefault="00AB3266">
            <w:pPr>
              <w:spacing w:after="0"/>
            </w:pPr>
            <w:r>
              <w:t xml:space="preserve">    </w:t>
            </w:r>
          </w:p>
        </w:tc>
        <w:tc>
          <w:tcPr>
            <w:tcW w:w="4703" w:type="dxa"/>
          </w:tcPr>
          <w:p w14:paraId="2B75EB62" w14:textId="2F0E3612" w:rsidR="00F11A0A" w:rsidRDefault="00F11A0A">
            <w:pPr>
              <w:spacing w:after="0"/>
              <w:jc w:val="right"/>
            </w:pPr>
          </w:p>
        </w:tc>
      </w:tr>
    </w:tbl>
    <w:p w14:paraId="0AC028CD" w14:textId="35D940F9" w:rsidR="00F11A0A" w:rsidRDefault="00AB3266" w:rsidP="00AB3266">
      <w:pPr>
        <w:spacing w:before="360"/>
      </w:pPr>
      <w:r>
        <w:rPr>
          <w:b/>
        </w:rPr>
        <w:t xml:space="preserve">                                                     </w:t>
      </w:r>
      <w:r w:rsidR="004A7EE1">
        <w:rPr>
          <w:b/>
        </w:rPr>
        <w:t xml:space="preserve">.................................................... </w:t>
      </w:r>
    </w:p>
    <w:p w14:paraId="59415B37" w14:textId="77777777" w:rsidR="00AB3266" w:rsidRDefault="00AB3266">
      <w:pPr>
        <w:spacing w:before="320"/>
        <w:rPr>
          <w:b/>
        </w:rPr>
      </w:pPr>
    </w:p>
    <w:p w14:paraId="08E9E5B7" w14:textId="6A9E62CE" w:rsidR="00F11A0A" w:rsidRDefault="004A7EE1">
      <w:pPr>
        <w:spacing w:before="320"/>
      </w:pPr>
      <w:r>
        <w:rPr>
          <w:b/>
        </w:rPr>
        <w:t>KONU: İdari İzin Talebi</w:t>
      </w:r>
    </w:p>
    <w:p w14:paraId="101E5B86" w14:textId="77777777" w:rsidR="00F11A0A" w:rsidRDefault="004A7EE1">
      <w:pPr>
        <w:ind w:firstLine="567"/>
        <w:jc w:val="both"/>
      </w:pPr>
      <w:r>
        <w:t>2026-2027 eğitim ve öğretim yılı uyum eğitimleri ile aile katılım etkinlikleri kapsamında, çocuğumun kayıtlı bulunduğu eğitim kurumunda 07-11 Eylül 2026 tarihleri arasında gerçekleştirilecek uyum eğitimlerine katılım sağlamak ve çocuğuma eşlik etmek amacıyla, Personel ve Prensipler Genel Müdürlüğünün E-66836956-010.07-404473 sayılı ve “İdari İzin” konulu yazısı doğrultusunda, günlük toplam üç saati aşmamak üzere tarafıma idari izin verilmesini arz ederim.</w:t>
      </w:r>
    </w:p>
    <w:p w14:paraId="77A9E670" w14:textId="77777777" w:rsidR="00F11A0A" w:rsidRDefault="00F11A0A"/>
    <w:p w14:paraId="4BFA50D2" w14:textId="77777777" w:rsidR="00F11A0A" w:rsidRDefault="004A7EE1">
      <w:r>
        <w:rPr>
          <w:b/>
        </w:rPr>
        <w:t>PERSONEL BİLGİLERİ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3"/>
        <w:gridCol w:w="4703"/>
      </w:tblGrid>
      <w:tr w:rsidR="00F11A0A" w14:paraId="28B9ADA2" w14:textId="77777777">
        <w:trPr>
          <w:jc w:val="center"/>
        </w:trPr>
        <w:tc>
          <w:tcPr>
            <w:tcW w:w="4703" w:type="dxa"/>
          </w:tcPr>
          <w:p w14:paraId="5CFB64F9" w14:textId="77777777" w:rsidR="00F11A0A" w:rsidRDefault="004A7EE1">
            <w:r>
              <w:rPr>
                <w:b/>
                <w:sz w:val="22"/>
              </w:rPr>
              <w:t>Adı Soyadı</w:t>
            </w:r>
          </w:p>
        </w:tc>
        <w:tc>
          <w:tcPr>
            <w:tcW w:w="4703" w:type="dxa"/>
          </w:tcPr>
          <w:p w14:paraId="335D98BF" w14:textId="77777777" w:rsidR="00F11A0A" w:rsidRDefault="004A7EE1">
            <w:r>
              <w:rPr>
                <w:sz w:val="22"/>
              </w:rPr>
              <w:t>................................................................</w:t>
            </w:r>
          </w:p>
        </w:tc>
      </w:tr>
      <w:tr w:rsidR="00F11A0A" w14:paraId="60C1F813" w14:textId="77777777">
        <w:trPr>
          <w:jc w:val="center"/>
        </w:trPr>
        <w:tc>
          <w:tcPr>
            <w:tcW w:w="4703" w:type="dxa"/>
          </w:tcPr>
          <w:p w14:paraId="7646D5F2" w14:textId="77777777" w:rsidR="00F11A0A" w:rsidRDefault="004A7EE1">
            <w:r>
              <w:rPr>
                <w:b/>
                <w:sz w:val="22"/>
              </w:rPr>
              <w:t>Sicil No</w:t>
            </w:r>
          </w:p>
        </w:tc>
        <w:tc>
          <w:tcPr>
            <w:tcW w:w="4703" w:type="dxa"/>
          </w:tcPr>
          <w:p w14:paraId="168AAAAA" w14:textId="77777777" w:rsidR="00F11A0A" w:rsidRDefault="004A7EE1">
            <w:r>
              <w:rPr>
                <w:sz w:val="22"/>
              </w:rPr>
              <w:t>................................................................</w:t>
            </w:r>
          </w:p>
        </w:tc>
      </w:tr>
      <w:tr w:rsidR="00F11A0A" w14:paraId="407EBFB3" w14:textId="77777777">
        <w:trPr>
          <w:jc w:val="center"/>
        </w:trPr>
        <w:tc>
          <w:tcPr>
            <w:tcW w:w="4703" w:type="dxa"/>
          </w:tcPr>
          <w:p w14:paraId="0C56D336" w14:textId="77777777" w:rsidR="00F11A0A" w:rsidRDefault="004A7EE1">
            <w:r>
              <w:rPr>
                <w:b/>
                <w:sz w:val="22"/>
              </w:rPr>
              <w:t>Görevi / Unvanı</w:t>
            </w:r>
          </w:p>
        </w:tc>
        <w:tc>
          <w:tcPr>
            <w:tcW w:w="4703" w:type="dxa"/>
          </w:tcPr>
          <w:p w14:paraId="79F17E14" w14:textId="77777777" w:rsidR="00F11A0A" w:rsidRDefault="004A7EE1">
            <w:r>
              <w:rPr>
                <w:sz w:val="22"/>
              </w:rPr>
              <w:t>................................................................</w:t>
            </w:r>
          </w:p>
        </w:tc>
      </w:tr>
      <w:tr w:rsidR="00F11A0A" w14:paraId="06E0B756" w14:textId="77777777">
        <w:trPr>
          <w:jc w:val="center"/>
        </w:trPr>
        <w:tc>
          <w:tcPr>
            <w:tcW w:w="4703" w:type="dxa"/>
          </w:tcPr>
          <w:p w14:paraId="598D0839" w14:textId="77777777" w:rsidR="00F11A0A" w:rsidRDefault="004A7EE1">
            <w:r>
              <w:rPr>
                <w:b/>
                <w:sz w:val="22"/>
              </w:rPr>
              <w:t>Görev Yeri / Birimi</w:t>
            </w:r>
          </w:p>
        </w:tc>
        <w:tc>
          <w:tcPr>
            <w:tcW w:w="4703" w:type="dxa"/>
          </w:tcPr>
          <w:p w14:paraId="12815684" w14:textId="77777777" w:rsidR="00F11A0A" w:rsidRDefault="004A7EE1">
            <w:r>
              <w:rPr>
                <w:sz w:val="22"/>
              </w:rPr>
              <w:t>................................................................</w:t>
            </w:r>
          </w:p>
        </w:tc>
      </w:tr>
    </w:tbl>
    <w:p w14:paraId="75E60640" w14:textId="77777777" w:rsidR="00F11A0A" w:rsidRDefault="00F11A0A"/>
    <w:p w14:paraId="148AC54E" w14:textId="77777777" w:rsidR="00F11A0A" w:rsidRDefault="004A7EE1">
      <w:r>
        <w:rPr>
          <w:b/>
        </w:rPr>
        <w:t>ÖĞRENCİ BİLGİLERİ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F11A0A" w14:paraId="3D6F805A" w14:textId="77777777">
        <w:trPr>
          <w:jc w:val="center"/>
        </w:trPr>
        <w:tc>
          <w:tcPr>
            <w:tcW w:w="4703" w:type="dxa"/>
          </w:tcPr>
          <w:p w14:paraId="2AC00526" w14:textId="77777777" w:rsidR="00F11A0A" w:rsidRDefault="004A7EE1">
            <w:r>
              <w:rPr>
                <w:b/>
                <w:sz w:val="22"/>
              </w:rPr>
              <w:t>Öğrencinin Adı Soyadı</w:t>
            </w:r>
          </w:p>
        </w:tc>
        <w:tc>
          <w:tcPr>
            <w:tcW w:w="4703" w:type="dxa"/>
          </w:tcPr>
          <w:p w14:paraId="2392450B" w14:textId="77777777" w:rsidR="00F11A0A" w:rsidRDefault="004A7EE1">
            <w:r>
              <w:rPr>
                <w:sz w:val="22"/>
              </w:rPr>
              <w:t>................................................................</w:t>
            </w:r>
          </w:p>
        </w:tc>
      </w:tr>
      <w:tr w:rsidR="00F11A0A" w14:paraId="454F533F" w14:textId="77777777">
        <w:trPr>
          <w:jc w:val="center"/>
        </w:trPr>
        <w:tc>
          <w:tcPr>
            <w:tcW w:w="4703" w:type="dxa"/>
          </w:tcPr>
          <w:p w14:paraId="799BCFDD" w14:textId="77777777" w:rsidR="00F11A0A" w:rsidRDefault="004A7EE1">
            <w:r>
              <w:rPr>
                <w:b/>
                <w:sz w:val="22"/>
              </w:rPr>
              <w:t>Sınıfı</w:t>
            </w:r>
          </w:p>
        </w:tc>
        <w:tc>
          <w:tcPr>
            <w:tcW w:w="4703" w:type="dxa"/>
          </w:tcPr>
          <w:p w14:paraId="698242F3" w14:textId="77777777" w:rsidR="00F11A0A" w:rsidRDefault="004A7EE1">
            <w:r>
              <w:rPr>
                <w:sz w:val="22"/>
              </w:rPr>
              <w:t>................................................................</w:t>
            </w:r>
          </w:p>
        </w:tc>
      </w:tr>
      <w:tr w:rsidR="00F11A0A" w14:paraId="560B3B5D" w14:textId="77777777">
        <w:trPr>
          <w:jc w:val="center"/>
        </w:trPr>
        <w:tc>
          <w:tcPr>
            <w:tcW w:w="4703" w:type="dxa"/>
          </w:tcPr>
          <w:p w14:paraId="0F39721B" w14:textId="77777777" w:rsidR="00F11A0A" w:rsidRDefault="004A7EE1">
            <w:r>
              <w:rPr>
                <w:b/>
                <w:sz w:val="22"/>
              </w:rPr>
              <w:t>Okulu</w:t>
            </w:r>
          </w:p>
        </w:tc>
        <w:tc>
          <w:tcPr>
            <w:tcW w:w="4703" w:type="dxa"/>
          </w:tcPr>
          <w:p w14:paraId="29DB1D99" w14:textId="77777777" w:rsidR="00F11A0A" w:rsidRDefault="004A7EE1">
            <w:r>
              <w:rPr>
                <w:sz w:val="22"/>
              </w:rPr>
              <w:t>................................................................</w:t>
            </w:r>
          </w:p>
        </w:tc>
      </w:tr>
    </w:tbl>
    <w:p w14:paraId="07F15540" w14:textId="77777777" w:rsidR="00F11A0A" w:rsidRDefault="004A7EE1">
      <w:pPr>
        <w:spacing w:before="440"/>
        <w:jc w:val="right"/>
      </w:pPr>
      <w:r>
        <w:rPr>
          <w:sz w:val="22"/>
        </w:rPr>
        <w:t>Adı Soyadı: ................................................</w:t>
      </w:r>
      <w:r>
        <w:rPr>
          <w:sz w:val="22"/>
        </w:rPr>
        <w:br/>
        <w:t>İmza: ........................................................</w:t>
      </w:r>
    </w:p>
    <w:p w14:paraId="50603265" w14:textId="2C71EFF2" w:rsidR="00F11A0A" w:rsidRDefault="004A7EE1">
      <w:pPr>
        <w:spacing w:before="240"/>
      </w:pPr>
      <w:r>
        <w:rPr>
          <w:i/>
          <w:sz w:val="20"/>
        </w:rPr>
        <w:t>Ek: Öğrenciye ait okul/kayıt belg</w:t>
      </w:r>
      <w:r w:rsidR="00AB3266">
        <w:rPr>
          <w:i/>
          <w:sz w:val="20"/>
        </w:rPr>
        <w:t>esi</w:t>
      </w:r>
    </w:p>
    <w:sectPr w:rsidR="00F11A0A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1222348">
    <w:abstractNumId w:val="8"/>
  </w:num>
  <w:num w:numId="2" w16cid:durableId="414061417">
    <w:abstractNumId w:val="6"/>
  </w:num>
  <w:num w:numId="3" w16cid:durableId="179975826">
    <w:abstractNumId w:val="5"/>
  </w:num>
  <w:num w:numId="4" w16cid:durableId="355275041">
    <w:abstractNumId w:val="4"/>
  </w:num>
  <w:num w:numId="5" w16cid:durableId="678316780">
    <w:abstractNumId w:val="7"/>
  </w:num>
  <w:num w:numId="6" w16cid:durableId="1485849316">
    <w:abstractNumId w:val="3"/>
  </w:num>
  <w:num w:numId="7" w16cid:durableId="336466459">
    <w:abstractNumId w:val="2"/>
  </w:num>
  <w:num w:numId="8" w16cid:durableId="140119837">
    <w:abstractNumId w:val="1"/>
  </w:num>
  <w:num w:numId="9" w16cid:durableId="141728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76D8"/>
    <w:rsid w:val="006F4B75"/>
    <w:rsid w:val="00AA1D8D"/>
    <w:rsid w:val="00AB3266"/>
    <w:rsid w:val="00B47730"/>
    <w:rsid w:val="00CB0664"/>
    <w:rsid w:val="00F11A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73B28"/>
  <w14:defaultImageDpi w14:val="300"/>
  <w15:docId w15:val="{B2F89148-38F6-614C-8D59-3C8EC46B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Asf Cylk</cp:lastModifiedBy>
  <cp:revision>2</cp:revision>
  <dcterms:created xsi:type="dcterms:W3CDTF">2026-09-02T12:23:00Z</dcterms:created>
  <dcterms:modified xsi:type="dcterms:W3CDTF">2026-09-02T12:23:00Z</dcterms:modified>
  <cp:category/>
</cp:coreProperties>
</file>